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E28" w:rsidRDefault="00F90E28">
      <w:pPr>
        <w:autoSpaceDE w:val="0"/>
        <w:autoSpaceDN w:val="0"/>
        <w:spacing w:after="588" w:line="220" w:lineRule="exact"/>
      </w:pPr>
    </w:p>
    <w:p w:rsidR="00F90E28" w:rsidRDefault="00EA5D21" w:rsidP="00EA5D21">
      <w:pPr>
        <w:autoSpaceDE w:val="0"/>
        <w:autoSpaceDN w:val="0"/>
        <w:spacing w:after="0" w:line="245" w:lineRule="auto"/>
        <w:ind w:left="1584" w:right="1584"/>
        <w:jc w:val="center"/>
      </w:pPr>
      <w:bookmarkStart w:id="0" w:name="_GoBack"/>
      <w:r>
        <w:rPr>
          <w:rFonts w:ascii="Vazir" w:eastAsia="Vazir" w:hAnsi="Vazir"/>
          <w:b/>
          <w:color w:val="000000"/>
          <w:sz w:val="48"/>
        </w:rPr>
        <w:t>NACF Author Information and Declarations Form</w:t>
      </w:r>
    </w:p>
    <w:bookmarkEnd w:id="0"/>
    <w:p w:rsidR="00F90E28" w:rsidRDefault="00EA5D21" w:rsidP="00EA5D21">
      <w:pPr>
        <w:autoSpaceDE w:val="0"/>
        <w:autoSpaceDN w:val="0"/>
        <w:spacing w:before="344" w:after="0" w:line="245" w:lineRule="auto"/>
        <w:ind w:left="164" w:right="144"/>
      </w:pPr>
      <w:r>
        <w:rPr>
          <w:rFonts w:ascii="Vazir" w:eastAsia="Vazir" w:hAnsi="Vazir"/>
          <w:color w:val="000000"/>
          <w:sz w:val="24"/>
        </w:rPr>
        <w:t>The NC</w:t>
      </w:r>
      <w:r w:rsidR="00C23C44">
        <w:rPr>
          <w:rFonts w:ascii="Vazir" w:eastAsia="Vazir" w:hAnsi="Vazir"/>
          <w:color w:val="000000"/>
          <w:sz w:val="24"/>
        </w:rPr>
        <w:t>A</w:t>
      </w:r>
      <w:r>
        <w:rPr>
          <w:rFonts w:ascii="Vazir" w:eastAsia="Vazir" w:hAnsi="Vazir"/>
          <w:color w:val="000000"/>
          <w:sz w:val="24"/>
        </w:rPr>
        <w:t>F journal requires authors to provide accurate authorship, funding, and ethical declarations in line with COPE and international publishing standards. This form supports transparency, accountability, and proper indexing. All authors must approve the submitted information, which should match the final manuscript. Any post</w:t>
      </w:r>
      <w:r>
        <w:rPr>
          <w:rFonts w:ascii="Liberation Sans" w:eastAsia="Liberation Sans" w:hAnsi="Liberation Sans"/>
          <w:color w:val="000000"/>
          <w:sz w:val="24"/>
        </w:rPr>
        <w:t>‑</w:t>
      </w:r>
      <w:r>
        <w:rPr>
          <w:rFonts w:ascii="Vazir" w:eastAsia="Vazir" w:hAnsi="Vazir"/>
          <w:color w:val="000000"/>
          <w:sz w:val="24"/>
        </w:rPr>
        <w:t>submission changes must be reported to the editorial office.</w:t>
      </w:r>
    </w:p>
    <w:p w:rsidR="00F90E28" w:rsidRDefault="00EA5D21">
      <w:pPr>
        <w:autoSpaceDE w:val="0"/>
        <w:autoSpaceDN w:val="0"/>
        <w:spacing w:before="642" w:after="0" w:line="240" w:lineRule="auto"/>
        <w:ind w:left="164"/>
      </w:pPr>
      <w:r>
        <w:rPr>
          <w:rFonts w:ascii="Vazir" w:eastAsia="Vazir" w:hAnsi="Vazir"/>
          <w:b/>
          <w:color w:val="000000"/>
          <w:sz w:val="36"/>
        </w:rPr>
        <w:t>1. Article Information</w:t>
      </w:r>
    </w:p>
    <w:p w:rsidR="00F90E28" w:rsidRDefault="00EA5D21">
      <w:pPr>
        <w:tabs>
          <w:tab w:val="left" w:pos="1840"/>
        </w:tabs>
        <w:autoSpaceDE w:val="0"/>
        <w:autoSpaceDN w:val="0"/>
        <w:spacing w:before="68" w:after="0" w:line="240" w:lineRule="auto"/>
        <w:ind w:left="210"/>
      </w:pPr>
      <w:r>
        <w:rPr>
          <w:rFonts w:ascii="Vazir" w:eastAsia="Vazir" w:hAnsi="Vazir"/>
          <w:b/>
          <w:color w:val="000000"/>
          <w:sz w:val="24"/>
        </w:rPr>
        <w:t xml:space="preserve">Article Title: </w:t>
      </w:r>
      <w:r>
        <w:tab/>
      </w:r>
      <w:r>
        <w:rPr>
          <w:rFonts w:ascii="Vazir" w:eastAsia="Vazir" w:hAnsi="Vazir"/>
          <w:color w:val="000000"/>
          <w:sz w:val="24"/>
        </w:rPr>
        <w:t>[Insert Full Manuscript Title Here]</w:t>
      </w:r>
    </w:p>
    <w:p w:rsidR="00F90E28" w:rsidRDefault="00EA5D21">
      <w:pPr>
        <w:autoSpaceDE w:val="0"/>
        <w:autoSpaceDN w:val="0"/>
        <w:spacing w:before="566" w:after="0" w:line="240" w:lineRule="auto"/>
        <w:ind w:left="164"/>
      </w:pPr>
      <w:r>
        <w:rPr>
          <w:rFonts w:ascii="Vazir" w:eastAsia="Vazir" w:hAnsi="Vazir"/>
          <w:b/>
          <w:color w:val="000000"/>
          <w:sz w:val="36"/>
        </w:rPr>
        <w:t>2. Authors</w:t>
      </w:r>
    </w:p>
    <w:p w:rsidR="00F90E28" w:rsidRDefault="00EA5D21" w:rsidP="006D6025">
      <w:pPr>
        <w:autoSpaceDE w:val="0"/>
        <w:autoSpaceDN w:val="0"/>
        <w:spacing w:before="372" w:after="234" w:line="240" w:lineRule="auto"/>
        <w:ind w:left="164"/>
      </w:pPr>
      <w:r>
        <w:rPr>
          <w:rFonts w:ascii="Vazir" w:eastAsia="Vazir" w:hAnsi="Vazir"/>
          <w:i/>
          <w:color w:val="000000"/>
          <w:sz w:val="24"/>
        </w:rPr>
        <w:t>Please list all authors in the order they appear on the manuscript.</w:t>
      </w:r>
      <w:r w:rsidR="006D6025">
        <w:rPr>
          <w:rFonts w:ascii="Vazir" w:eastAsia="Vazir" w:hAnsi="Vazir"/>
          <w:i/>
          <w:color w:val="000000"/>
          <w:sz w:val="24"/>
        </w:rPr>
        <w:t xml:space="preserve"> A</w:t>
      </w:r>
      <w:r w:rsidR="006D6025" w:rsidRPr="006D6025">
        <w:rPr>
          <w:rFonts w:ascii="Vazir" w:eastAsia="Vazir" w:hAnsi="Vazir"/>
          <w:i/>
          <w:color w:val="000000"/>
          <w:sz w:val="24"/>
        </w:rPr>
        <w:t>uthors may also submit a high</w:t>
      </w:r>
      <w:r w:rsidR="006D6025" w:rsidRPr="006D6025">
        <w:rPr>
          <w:rFonts w:ascii="Vazir" w:eastAsia="Vazir" w:hAnsi="Vazir"/>
          <w:i/>
          <w:color w:val="000000"/>
          <w:sz w:val="24"/>
        </w:rPr>
        <w:noBreakHyphen/>
        <w:t>resolution photograph to be displayed on the article’s dedicated page.</w:t>
      </w:r>
    </w:p>
    <w:tbl>
      <w:tblPr>
        <w:tblStyle w:val="PlainTable1"/>
        <w:tblW w:w="0" w:type="auto"/>
        <w:tblLayout w:type="fixed"/>
        <w:tblLook w:val="04A0" w:firstRow="1" w:lastRow="0" w:firstColumn="1" w:lastColumn="0" w:noHBand="0" w:noVBand="1"/>
      </w:tblPr>
      <w:tblGrid>
        <w:gridCol w:w="1998"/>
        <w:gridCol w:w="3142"/>
        <w:gridCol w:w="8"/>
        <w:gridCol w:w="1862"/>
        <w:gridCol w:w="28"/>
        <w:gridCol w:w="1502"/>
      </w:tblGrid>
      <w:tr w:rsidR="00C23C44" w:rsidTr="006D6025">
        <w:trPr>
          <w:cnfStyle w:val="100000000000" w:firstRow="1" w:lastRow="0" w:firstColumn="0" w:lastColumn="0" w:oddVBand="0" w:evenVBand="0" w:oddHBand="0"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1998" w:type="dxa"/>
          </w:tcPr>
          <w:p w:rsidR="00C23C44" w:rsidRDefault="00C23C44">
            <w:pPr>
              <w:autoSpaceDE w:val="0"/>
              <w:autoSpaceDN w:val="0"/>
              <w:spacing w:before="252"/>
              <w:ind w:left="110"/>
            </w:pPr>
            <w:r>
              <w:rPr>
                <w:rFonts w:ascii="Vazir" w:eastAsia="Vazir" w:hAnsi="Vazir"/>
                <w:color w:val="000000"/>
                <w:sz w:val="24"/>
              </w:rPr>
              <w:t># Full Name</w:t>
            </w:r>
          </w:p>
        </w:tc>
        <w:tc>
          <w:tcPr>
            <w:tcW w:w="3142" w:type="dxa"/>
          </w:tcPr>
          <w:p w:rsidR="00C23C44" w:rsidRDefault="00C23C44">
            <w:pPr>
              <w:autoSpaceDE w:val="0"/>
              <w:autoSpaceDN w:val="0"/>
              <w:spacing w:before="60"/>
              <w:ind w:left="136"/>
              <w:cnfStyle w:val="100000000000" w:firstRow="1" w:lastRow="0" w:firstColumn="0" w:lastColumn="0" w:oddVBand="0" w:evenVBand="0" w:oddHBand="0" w:evenHBand="0" w:firstRowFirstColumn="0" w:firstRowLastColumn="0" w:lastRowFirstColumn="0" w:lastRowLastColumn="0"/>
              <w:rPr>
                <w:b w:val="0"/>
                <w:bCs w:val="0"/>
              </w:rPr>
            </w:pPr>
            <w:r>
              <w:rPr>
                <w:rFonts w:ascii="Vazir" w:eastAsia="Vazir" w:hAnsi="Vazir"/>
                <w:color w:val="000000"/>
                <w:sz w:val="24"/>
              </w:rPr>
              <w:t>Affiliation (Department,</w:t>
            </w:r>
          </w:p>
          <w:p w:rsidR="00C23C44" w:rsidRDefault="00C23C44" w:rsidP="009F4414">
            <w:pPr>
              <w:autoSpaceDE w:val="0"/>
              <w:autoSpaceDN w:val="0"/>
              <w:spacing w:before="8"/>
              <w:ind w:left="136"/>
              <w:cnfStyle w:val="100000000000" w:firstRow="1" w:lastRow="0" w:firstColumn="0" w:lastColumn="0" w:oddVBand="0" w:evenVBand="0" w:oddHBand="0" w:evenHBand="0" w:firstRowFirstColumn="0" w:firstRowLastColumn="0" w:lastRowFirstColumn="0" w:lastRowLastColumn="0"/>
            </w:pPr>
            <w:r>
              <w:rPr>
                <w:rFonts w:ascii="Vazir" w:eastAsia="Vazir" w:hAnsi="Vazir"/>
                <w:color w:val="000000"/>
                <w:sz w:val="24"/>
              </w:rPr>
              <w:t>Institution, Country)</w:t>
            </w:r>
          </w:p>
        </w:tc>
        <w:tc>
          <w:tcPr>
            <w:tcW w:w="1870" w:type="dxa"/>
            <w:gridSpan w:val="2"/>
          </w:tcPr>
          <w:p w:rsidR="00C23C44" w:rsidRDefault="00C23C44">
            <w:pPr>
              <w:autoSpaceDE w:val="0"/>
              <w:autoSpaceDN w:val="0"/>
              <w:spacing w:before="252"/>
              <w:ind w:left="332"/>
              <w:cnfStyle w:val="100000000000" w:firstRow="1" w:lastRow="0" w:firstColumn="0" w:lastColumn="0" w:oddVBand="0" w:evenVBand="0" w:oddHBand="0" w:evenHBand="0" w:firstRowFirstColumn="0" w:firstRowLastColumn="0" w:lastRowFirstColumn="0" w:lastRowLastColumn="0"/>
            </w:pPr>
            <w:r>
              <w:rPr>
                <w:rFonts w:ascii="Vazir" w:eastAsia="Vazir" w:hAnsi="Vazir"/>
                <w:color w:val="000000"/>
                <w:sz w:val="24"/>
              </w:rPr>
              <w:t>Email</w:t>
            </w:r>
          </w:p>
        </w:tc>
        <w:tc>
          <w:tcPr>
            <w:tcW w:w="1530" w:type="dxa"/>
            <w:gridSpan w:val="2"/>
          </w:tcPr>
          <w:p w:rsidR="00C23C44" w:rsidRDefault="00C23C44" w:rsidP="006D6025">
            <w:pPr>
              <w:autoSpaceDE w:val="0"/>
              <w:autoSpaceDN w:val="0"/>
              <w:spacing w:before="252"/>
              <w:cnfStyle w:val="100000000000" w:firstRow="1" w:lastRow="0" w:firstColumn="0" w:lastColumn="0" w:oddVBand="0" w:evenVBand="0" w:oddHBand="0" w:evenHBand="0" w:firstRowFirstColumn="0" w:firstRowLastColumn="0" w:lastRowFirstColumn="0" w:lastRowLastColumn="0"/>
            </w:pPr>
            <w:r>
              <w:rPr>
                <w:rFonts w:ascii="Vazir" w:eastAsia="Vazir" w:hAnsi="Vazir"/>
                <w:color w:val="000000"/>
                <w:sz w:val="24"/>
              </w:rPr>
              <w:t xml:space="preserve">ORCID </w:t>
            </w:r>
            <w:proofErr w:type="spellStart"/>
            <w:r>
              <w:rPr>
                <w:rFonts w:ascii="Vazir" w:eastAsia="Vazir" w:hAnsi="Vazir"/>
                <w:color w:val="000000"/>
                <w:sz w:val="24"/>
              </w:rPr>
              <w:t>iD</w:t>
            </w:r>
            <w:proofErr w:type="spellEnd"/>
          </w:p>
        </w:tc>
      </w:tr>
      <w:tr w:rsidR="006D6025" w:rsidTr="006D6025">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1998" w:type="dxa"/>
          </w:tcPr>
          <w:p w:rsidR="006D6025" w:rsidRDefault="006D6025">
            <w:pPr>
              <w:tabs>
                <w:tab w:val="left" w:pos="392"/>
              </w:tabs>
              <w:autoSpaceDE w:val="0"/>
              <w:autoSpaceDN w:val="0"/>
              <w:spacing w:before="52" w:line="245" w:lineRule="auto"/>
              <w:ind w:left="110"/>
            </w:pPr>
            <w:r>
              <w:rPr>
                <w:rFonts w:ascii="Vazir" w:eastAsia="Vazir" w:hAnsi="Vazir"/>
                <w:b w:val="0"/>
                <w:color w:val="000000"/>
                <w:sz w:val="24"/>
              </w:rPr>
              <w:t>[Author 1 Full Name]</w:t>
            </w:r>
          </w:p>
        </w:tc>
        <w:tc>
          <w:tcPr>
            <w:tcW w:w="3142" w:type="dxa"/>
          </w:tcPr>
          <w:p w:rsidR="006D6025" w:rsidRDefault="006D6025">
            <w:pPr>
              <w:autoSpaceDE w:val="0"/>
              <w:autoSpaceDN w:val="0"/>
              <w:spacing w:before="244"/>
              <w:ind w:left="136"/>
              <w:cnfStyle w:val="000000100000" w:firstRow="0" w:lastRow="0" w:firstColumn="0" w:lastColumn="0" w:oddVBand="0" w:evenVBand="0" w:oddHBand="1" w:evenHBand="0" w:firstRowFirstColumn="0" w:firstRowLastColumn="0" w:lastRowFirstColumn="0" w:lastRowLastColumn="0"/>
            </w:pPr>
            <w:r>
              <w:rPr>
                <w:rFonts w:ascii="Vazir" w:eastAsia="Vazir" w:hAnsi="Vazir"/>
                <w:color w:val="000000"/>
                <w:sz w:val="24"/>
              </w:rPr>
              <w:t>[Dept, Institution, Country]</w:t>
            </w:r>
          </w:p>
        </w:tc>
        <w:tc>
          <w:tcPr>
            <w:tcW w:w="1870" w:type="dxa"/>
            <w:gridSpan w:val="2"/>
          </w:tcPr>
          <w:p w:rsidR="006D6025" w:rsidRDefault="006D6025" w:rsidP="00C23C44">
            <w:pPr>
              <w:autoSpaceDE w:val="0"/>
              <w:autoSpaceDN w:val="0"/>
              <w:spacing w:before="44"/>
              <w:ind w:left="156" w:hanging="90"/>
              <w:cnfStyle w:val="000000100000" w:firstRow="0" w:lastRow="0" w:firstColumn="0" w:lastColumn="0" w:oddVBand="0" w:evenVBand="0" w:oddHBand="1" w:evenHBand="0" w:firstRowFirstColumn="0" w:firstRowLastColumn="0" w:lastRowFirstColumn="0" w:lastRowLastColumn="0"/>
            </w:pPr>
            <w:r>
              <w:rPr>
                <w:rFonts w:ascii="Vazir" w:eastAsia="Vazir" w:hAnsi="Vazir"/>
                <w:color w:val="000000"/>
                <w:sz w:val="24"/>
              </w:rPr>
              <w:t>[Email Address]</w:t>
            </w:r>
          </w:p>
        </w:tc>
        <w:tc>
          <w:tcPr>
            <w:tcW w:w="1530" w:type="dxa"/>
            <w:gridSpan w:val="2"/>
          </w:tcPr>
          <w:p w:rsidR="006D6025" w:rsidRDefault="006D6025" w:rsidP="006D6025">
            <w:pPr>
              <w:autoSpaceDE w:val="0"/>
              <w:autoSpaceDN w:val="0"/>
              <w:spacing w:before="44"/>
              <w:cnfStyle w:val="000000100000" w:firstRow="0" w:lastRow="0" w:firstColumn="0" w:lastColumn="0" w:oddVBand="0" w:evenVBand="0" w:oddHBand="1" w:evenHBand="0" w:firstRowFirstColumn="0" w:firstRowLastColumn="0" w:lastRowFirstColumn="0" w:lastRowLastColumn="0"/>
            </w:pPr>
            <w:r>
              <w:rPr>
                <w:rFonts w:ascii="Vazir" w:eastAsia="Vazir" w:hAnsi="Vazir"/>
                <w:color w:val="000000"/>
                <w:sz w:val="24"/>
              </w:rPr>
              <w:t xml:space="preserve">ORCID </w:t>
            </w:r>
            <w:proofErr w:type="spellStart"/>
            <w:r>
              <w:rPr>
                <w:rFonts w:ascii="Vazir" w:eastAsia="Vazir" w:hAnsi="Vazir"/>
                <w:color w:val="000000"/>
                <w:sz w:val="24"/>
              </w:rPr>
              <w:t>iD</w:t>
            </w:r>
            <w:proofErr w:type="spellEnd"/>
          </w:p>
        </w:tc>
      </w:tr>
      <w:tr w:rsidR="006D6025" w:rsidTr="001A6877">
        <w:trPr>
          <w:trHeight w:val="830"/>
        </w:trPr>
        <w:tc>
          <w:tcPr>
            <w:cnfStyle w:val="001000000000" w:firstRow="0" w:lastRow="0" w:firstColumn="1" w:lastColumn="0" w:oddVBand="0" w:evenVBand="0" w:oddHBand="0" w:evenHBand="0" w:firstRowFirstColumn="0" w:firstRowLastColumn="0" w:lastRowFirstColumn="0" w:lastRowLastColumn="0"/>
            <w:tcW w:w="8540" w:type="dxa"/>
            <w:gridSpan w:val="6"/>
          </w:tcPr>
          <w:p w:rsidR="006D6025" w:rsidRDefault="006D6025" w:rsidP="006D6025">
            <w:pPr>
              <w:autoSpaceDE w:val="0"/>
              <w:autoSpaceDN w:val="0"/>
              <w:spacing w:before="44"/>
              <w:rPr>
                <w:rFonts w:ascii="Vazir" w:eastAsia="Vazir" w:hAnsi="Vazir"/>
                <w:color w:val="000000"/>
                <w:sz w:val="24"/>
              </w:rPr>
            </w:pPr>
            <w:r>
              <w:rPr>
                <w:rFonts w:ascii="Vazir" w:eastAsia="Vazir" w:hAnsi="Vazir"/>
                <w:color w:val="000000"/>
                <w:sz w:val="24"/>
              </w:rPr>
              <w:t xml:space="preserve">Short Bio:  </w:t>
            </w:r>
          </w:p>
        </w:tc>
      </w:tr>
      <w:tr w:rsidR="006D6025" w:rsidTr="006D6025">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1998" w:type="dxa"/>
          </w:tcPr>
          <w:p w:rsidR="006D6025" w:rsidRDefault="006D6025" w:rsidP="006D6025">
            <w:pPr>
              <w:autoSpaceDE w:val="0"/>
              <w:autoSpaceDN w:val="0"/>
              <w:spacing w:before="232"/>
            </w:pPr>
            <w:r>
              <w:rPr>
                <w:rFonts w:ascii="Vazir" w:eastAsia="Vazir" w:hAnsi="Vazir"/>
                <w:b w:val="0"/>
                <w:color w:val="000000"/>
                <w:sz w:val="24"/>
              </w:rPr>
              <w:t>[Author 2 Full Name]</w:t>
            </w:r>
          </w:p>
        </w:tc>
        <w:tc>
          <w:tcPr>
            <w:tcW w:w="3142" w:type="dxa"/>
          </w:tcPr>
          <w:p w:rsidR="006D6025" w:rsidRDefault="006D6025">
            <w:pPr>
              <w:autoSpaceDE w:val="0"/>
              <w:autoSpaceDN w:val="0"/>
              <w:spacing w:before="232"/>
              <w:ind w:left="136"/>
              <w:cnfStyle w:val="000000100000" w:firstRow="0" w:lastRow="0" w:firstColumn="0" w:lastColumn="0" w:oddVBand="0" w:evenVBand="0" w:oddHBand="1" w:evenHBand="0" w:firstRowFirstColumn="0" w:firstRowLastColumn="0" w:lastRowFirstColumn="0" w:lastRowLastColumn="0"/>
            </w:pPr>
            <w:r>
              <w:rPr>
                <w:rFonts w:ascii="Vazir" w:eastAsia="Vazir" w:hAnsi="Vazir"/>
                <w:color w:val="000000"/>
                <w:sz w:val="24"/>
              </w:rPr>
              <w:t>[Dept, Institution, Country]</w:t>
            </w:r>
          </w:p>
        </w:tc>
        <w:tc>
          <w:tcPr>
            <w:tcW w:w="1870" w:type="dxa"/>
            <w:gridSpan w:val="2"/>
          </w:tcPr>
          <w:p w:rsidR="006D6025" w:rsidRDefault="006D6025" w:rsidP="006D6025">
            <w:pPr>
              <w:autoSpaceDE w:val="0"/>
              <w:autoSpaceDN w:val="0"/>
              <w:spacing w:before="40"/>
              <w:ind w:left="-6"/>
              <w:cnfStyle w:val="000000100000" w:firstRow="0" w:lastRow="0" w:firstColumn="0" w:lastColumn="0" w:oddVBand="0" w:evenVBand="0" w:oddHBand="1" w:evenHBand="0" w:firstRowFirstColumn="0" w:firstRowLastColumn="0" w:lastRowFirstColumn="0" w:lastRowLastColumn="0"/>
            </w:pPr>
            <w:r>
              <w:rPr>
                <w:rFonts w:ascii="Vazir" w:eastAsia="Vazir" w:hAnsi="Vazir"/>
                <w:color w:val="000000"/>
                <w:sz w:val="24"/>
              </w:rPr>
              <w:t>[Email Address]</w:t>
            </w:r>
          </w:p>
        </w:tc>
        <w:tc>
          <w:tcPr>
            <w:tcW w:w="1530" w:type="dxa"/>
            <w:gridSpan w:val="2"/>
          </w:tcPr>
          <w:p w:rsidR="006D6025" w:rsidRDefault="006D6025" w:rsidP="006D6025">
            <w:pPr>
              <w:autoSpaceDE w:val="0"/>
              <w:autoSpaceDN w:val="0"/>
              <w:spacing w:before="40"/>
              <w:cnfStyle w:val="000000100000" w:firstRow="0" w:lastRow="0" w:firstColumn="0" w:lastColumn="0" w:oddVBand="0" w:evenVBand="0" w:oddHBand="1" w:evenHBand="0" w:firstRowFirstColumn="0" w:firstRowLastColumn="0" w:lastRowFirstColumn="0" w:lastRowLastColumn="0"/>
            </w:pPr>
            <w:r>
              <w:rPr>
                <w:rFonts w:ascii="Vazir" w:eastAsia="Vazir" w:hAnsi="Vazir"/>
                <w:color w:val="000000"/>
                <w:sz w:val="24"/>
              </w:rPr>
              <w:t xml:space="preserve">[ORCID </w:t>
            </w:r>
            <w:proofErr w:type="spellStart"/>
            <w:r>
              <w:rPr>
                <w:rFonts w:ascii="Vazir" w:eastAsia="Vazir" w:hAnsi="Vazir"/>
                <w:color w:val="000000"/>
                <w:sz w:val="24"/>
              </w:rPr>
              <w:t>iD</w:t>
            </w:r>
            <w:proofErr w:type="spellEnd"/>
            <w:r>
              <w:rPr>
                <w:rFonts w:ascii="Vazir" w:eastAsia="Vazir" w:hAnsi="Vazir"/>
                <w:color w:val="000000"/>
                <w:sz w:val="24"/>
              </w:rPr>
              <w:t>]</w:t>
            </w:r>
          </w:p>
        </w:tc>
      </w:tr>
      <w:tr w:rsidR="006D6025" w:rsidTr="006D6025">
        <w:trPr>
          <w:trHeight w:val="981"/>
        </w:trPr>
        <w:tc>
          <w:tcPr>
            <w:cnfStyle w:val="001000000000" w:firstRow="0" w:lastRow="0" w:firstColumn="1" w:lastColumn="0" w:oddVBand="0" w:evenVBand="0" w:oddHBand="0" w:evenHBand="0" w:firstRowFirstColumn="0" w:firstRowLastColumn="0" w:lastRowFirstColumn="0" w:lastRowLastColumn="0"/>
            <w:tcW w:w="8540" w:type="dxa"/>
            <w:gridSpan w:val="6"/>
          </w:tcPr>
          <w:p w:rsidR="006D6025" w:rsidRDefault="006D6025" w:rsidP="006D6025">
            <w:pPr>
              <w:autoSpaceDE w:val="0"/>
              <w:autoSpaceDN w:val="0"/>
              <w:spacing w:before="40"/>
              <w:rPr>
                <w:rFonts w:ascii="Vazir" w:eastAsia="Vazir" w:hAnsi="Vazir"/>
                <w:color w:val="000000"/>
                <w:sz w:val="24"/>
              </w:rPr>
            </w:pPr>
            <w:r>
              <w:rPr>
                <w:rFonts w:ascii="Vazir" w:eastAsia="Vazir" w:hAnsi="Vazir"/>
                <w:color w:val="000000"/>
                <w:sz w:val="24"/>
              </w:rPr>
              <w:t xml:space="preserve">Short Bio: </w:t>
            </w:r>
          </w:p>
        </w:tc>
      </w:tr>
      <w:tr w:rsidR="006D6025" w:rsidTr="006D6025">
        <w:trPr>
          <w:cnfStyle w:val="000000100000" w:firstRow="0" w:lastRow="0" w:firstColumn="0" w:lastColumn="0" w:oddVBand="0" w:evenVBand="0" w:oddHBand="1" w:evenHBand="0" w:firstRowFirstColumn="0" w:firstRowLastColumn="0" w:lastRowFirstColumn="0" w:lastRowLastColumn="0"/>
          <w:trHeight w:val="1214"/>
        </w:trPr>
        <w:tc>
          <w:tcPr>
            <w:cnfStyle w:val="001000000000" w:firstRow="0" w:lastRow="0" w:firstColumn="1" w:lastColumn="0" w:oddVBand="0" w:evenVBand="0" w:oddHBand="0" w:evenHBand="0" w:firstRowFirstColumn="0" w:firstRowLastColumn="0" w:lastRowFirstColumn="0" w:lastRowLastColumn="0"/>
            <w:tcW w:w="1998" w:type="dxa"/>
          </w:tcPr>
          <w:p w:rsidR="006D6025" w:rsidRDefault="006D6025" w:rsidP="006D6025">
            <w:pPr>
              <w:autoSpaceDE w:val="0"/>
              <w:autoSpaceDN w:val="0"/>
              <w:spacing w:before="232"/>
            </w:pPr>
            <w:r>
              <w:rPr>
                <w:rFonts w:ascii="Vazir" w:eastAsia="Vazir" w:hAnsi="Vazir"/>
                <w:b w:val="0"/>
                <w:color w:val="000000"/>
                <w:sz w:val="24"/>
              </w:rPr>
              <w:t>[Author 3 Full Name]</w:t>
            </w:r>
          </w:p>
        </w:tc>
        <w:tc>
          <w:tcPr>
            <w:tcW w:w="3150" w:type="dxa"/>
            <w:gridSpan w:val="2"/>
          </w:tcPr>
          <w:p w:rsidR="006D6025" w:rsidRDefault="006D6025" w:rsidP="006D6025">
            <w:pPr>
              <w:autoSpaceDE w:val="0"/>
              <w:autoSpaceDN w:val="0"/>
              <w:spacing w:before="232"/>
              <w:ind w:left="136"/>
              <w:cnfStyle w:val="000000100000" w:firstRow="0" w:lastRow="0" w:firstColumn="0" w:lastColumn="0" w:oddVBand="0" w:evenVBand="0" w:oddHBand="1" w:evenHBand="0" w:firstRowFirstColumn="0" w:firstRowLastColumn="0" w:lastRowFirstColumn="0" w:lastRowLastColumn="0"/>
            </w:pPr>
            <w:r>
              <w:rPr>
                <w:rFonts w:ascii="Vazir" w:eastAsia="Vazir" w:hAnsi="Vazir"/>
                <w:color w:val="000000"/>
                <w:sz w:val="24"/>
              </w:rPr>
              <w:t>[</w:t>
            </w:r>
            <w:proofErr w:type="spellStart"/>
            <w:r>
              <w:rPr>
                <w:rFonts w:ascii="Vazir" w:eastAsia="Vazir" w:hAnsi="Vazir"/>
                <w:color w:val="000000"/>
                <w:sz w:val="24"/>
              </w:rPr>
              <w:t>Dept</w:t>
            </w:r>
            <w:proofErr w:type="spellEnd"/>
            <w:r>
              <w:rPr>
                <w:rFonts w:ascii="Vazir" w:eastAsia="Vazir" w:hAnsi="Vazir"/>
                <w:color w:val="000000"/>
                <w:sz w:val="24"/>
              </w:rPr>
              <w:t>, Institution, Country]</w:t>
            </w:r>
          </w:p>
        </w:tc>
        <w:tc>
          <w:tcPr>
            <w:tcW w:w="1890" w:type="dxa"/>
            <w:gridSpan w:val="2"/>
          </w:tcPr>
          <w:p w:rsidR="006D6025" w:rsidRDefault="006D6025" w:rsidP="006D6025">
            <w:pPr>
              <w:autoSpaceDE w:val="0"/>
              <w:autoSpaceDN w:val="0"/>
              <w:spacing w:before="40"/>
              <w:ind w:left="-6"/>
              <w:cnfStyle w:val="000000100000" w:firstRow="0" w:lastRow="0" w:firstColumn="0" w:lastColumn="0" w:oddVBand="0" w:evenVBand="0" w:oddHBand="1" w:evenHBand="0" w:firstRowFirstColumn="0" w:firstRowLastColumn="0" w:lastRowFirstColumn="0" w:lastRowLastColumn="0"/>
            </w:pPr>
            <w:r>
              <w:rPr>
                <w:rFonts w:ascii="Vazir" w:eastAsia="Vazir" w:hAnsi="Vazir"/>
                <w:color w:val="000000"/>
                <w:sz w:val="24"/>
              </w:rPr>
              <w:t>[Email Address]</w:t>
            </w:r>
          </w:p>
        </w:tc>
        <w:tc>
          <w:tcPr>
            <w:tcW w:w="1502" w:type="dxa"/>
          </w:tcPr>
          <w:p w:rsidR="006D6025" w:rsidRDefault="006D6025" w:rsidP="006D6025">
            <w:pPr>
              <w:autoSpaceDE w:val="0"/>
              <w:autoSpaceDN w:val="0"/>
              <w:spacing w:before="40"/>
              <w:cnfStyle w:val="000000100000" w:firstRow="0" w:lastRow="0" w:firstColumn="0" w:lastColumn="0" w:oddVBand="0" w:evenVBand="0" w:oddHBand="1" w:evenHBand="0" w:firstRowFirstColumn="0" w:firstRowLastColumn="0" w:lastRowFirstColumn="0" w:lastRowLastColumn="0"/>
            </w:pPr>
            <w:r>
              <w:rPr>
                <w:rFonts w:ascii="Vazir" w:eastAsia="Vazir" w:hAnsi="Vazir"/>
                <w:color w:val="000000"/>
                <w:sz w:val="24"/>
              </w:rPr>
              <w:t xml:space="preserve">[ORCID </w:t>
            </w:r>
            <w:proofErr w:type="spellStart"/>
            <w:r>
              <w:rPr>
                <w:rFonts w:ascii="Vazir" w:eastAsia="Vazir" w:hAnsi="Vazir"/>
                <w:color w:val="000000"/>
                <w:sz w:val="24"/>
              </w:rPr>
              <w:t>iD</w:t>
            </w:r>
            <w:proofErr w:type="spellEnd"/>
            <w:r>
              <w:rPr>
                <w:rFonts w:ascii="Vazir" w:eastAsia="Vazir" w:hAnsi="Vazir"/>
                <w:color w:val="000000"/>
                <w:sz w:val="24"/>
              </w:rPr>
              <w:t>]</w:t>
            </w:r>
          </w:p>
        </w:tc>
      </w:tr>
      <w:tr w:rsidR="006D6025" w:rsidTr="006D6025">
        <w:trPr>
          <w:trHeight w:val="891"/>
        </w:trPr>
        <w:tc>
          <w:tcPr>
            <w:cnfStyle w:val="001000000000" w:firstRow="0" w:lastRow="0" w:firstColumn="1" w:lastColumn="0" w:oddVBand="0" w:evenVBand="0" w:oddHBand="0" w:evenHBand="0" w:firstRowFirstColumn="0" w:firstRowLastColumn="0" w:lastRowFirstColumn="0" w:lastRowLastColumn="0"/>
            <w:tcW w:w="8540" w:type="dxa"/>
            <w:gridSpan w:val="6"/>
          </w:tcPr>
          <w:p w:rsidR="006D6025" w:rsidRDefault="006D6025" w:rsidP="006D6025">
            <w:pPr>
              <w:autoSpaceDE w:val="0"/>
              <w:autoSpaceDN w:val="0"/>
              <w:spacing w:before="40"/>
              <w:rPr>
                <w:rFonts w:ascii="Vazir" w:eastAsia="Vazir" w:hAnsi="Vazir"/>
                <w:color w:val="000000"/>
                <w:sz w:val="24"/>
              </w:rPr>
            </w:pPr>
            <w:r>
              <w:rPr>
                <w:rFonts w:ascii="Vazir" w:eastAsia="Vazir" w:hAnsi="Vazir"/>
                <w:color w:val="000000"/>
                <w:sz w:val="24"/>
              </w:rPr>
              <w:t xml:space="preserve">Short Bio: </w:t>
            </w:r>
          </w:p>
        </w:tc>
      </w:tr>
    </w:tbl>
    <w:p w:rsidR="00F90E28" w:rsidRDefault="00F90E28">
      <w:pPr>
        <w:autoSpaceDE w:val="0"/>
        <w:autoSpaceDN w:val="0"/>
        <w:spacing w:after="0" w:line="14" w:lineRule="exact"/>
      </w:pPr>
    </w:p>
    <w:p w:rsidR="006D6025" w:rsidRDefault="006D6025"/>
    <w:p w:rsidR="00EA5D21" w:rsidRDefault="00EA5D21"/>
    <w:p w:rsidR="00EA5D21" w:rsidRDefault="00EA5D21"/>
    <w:p w:rsidR="00F90E28" w:rsidRDefault="00EA5D21" w:rsidP="00EA5D21">
      <w:pPr>
        <w:autoSpaceDE w:val="0"/>
        <w:autoSpaceDN w:val="0"/>
        <w:spacing w:before="370" w:after="0" w:line="245" w:lineRule="auto"/>
        <w:ind w:left="164" w:right="116"/>
      </w:pPr>
      <w:r>
        <w:rPr>
          <w:rFonts w:ascii="Vazir" w:eastAsia="Vazir" w:hAnsi="Vazir"/>
          <w:b/>
          <w:color w:val="000000"/>
          <w:sz w:val="36"/>
        </w:rPr>
        <w:lastRenderedPageBreak/>
        <w:t>3. Funding Statement</w:t>
      </w:r>
    </w:p>
    <w:p w:rsidR="00F90E28" w:rsidRDefault="00EA5D21" w:rsidP="00EA5D21">
      <w:pPr>
        <w:autoSpaceDE w:val="0"/>
        <w:autoSpaceDN w:val="0"/>
        <w:spacing w:before="370" w:after="0" w:line="245" w:lineRule="auto"/>
        <w:ind w:left="164" w:right="26"/>
      </w:pPr>
      <w:r>
        <w:rPr>
          <w:rFonts w:ascii="Vazir" w:eastAsia="Vazir" w:hAnsi="Vazir"/>
          <w:color w:val="000000"/>
          <w:sz w:val="24"/>
        </w:rPr>
        <w:t xml:space="preserve">[Indicate all sources of funding that supported the work. If no external funding was received, please state: </w:t>
      </w:r>
      <w:r>
        <w:rPr>
          <w:rFonts w:ascii="Vazir" w:eastAsia="Vazir" w:hAnsi="Vazir"/>
          <w:b/>
          <w:color w:val="000000"/>
          <w:sz w:val="24"/>
        </w:rPr>
        <w:t>No external funding</w:t>
      </w:r>
      <w:r>
        <w:rPr>
          <w:rFonts w:ascii="Vazir" w:eastAsia="Vazir" w:hAnsi="Vazir"/>
          <w:color w:val="000000"/>
          <w:sz w:val="24"/>
        </w:rPr>
        <w:t>.]</w:t>
      </w:r>
    </w:p>
    <w:p w:rsidR="00F90E28" w:rsidRDefault="00EA5D21" w:rsidP="00EA5D21">
      <w:pPr>
        <w:autoSpaceDE w:val="0"/>
        <w:autoSpaceDN w:val="0"/>
        <w:spacing w:before="248" w:after="0" w:line="240" w:lineRule="auto"/>
        <w:ind w:left="164" w:right="26"/>
      </w:pPr>
      <w:r>
        <w:rPr>
          <w:rFonts w:ascii="Vazir" w:eastAsia="Vazir" w:hAnsi="Vazir"/>
          <w:color w:val="000000"/>
          <w:sz w:val="24"/>
        </w:rPr>
        <w:t>[Insert Funding Statement or "No external funding" here]</w:t>
      </w:r>
    </w:p>
    <w:p w:rsidR="00F90E28" w:rsidRDefault="00EA5D21" w:rsidP="00EA5D21">
      <w:pPr>
        <w:autoSpaceDE w:val="0"/>
        <w:autoSpaceDN w:val="0"/>
        <w:spacing w:before="640" w:after="0" w:line="240" w:lineRule="auto"/>
        <w:ind w:left="164" w:right="26"/>
      </w:pPr>
      <w:r>
        <w:rPr>
          <w:rFonts w:ascii="Vazir" w:eastAsia="Vazir" w:hAnsi="Vazir"/>
          <w:b/>
          <w:color w:val="000000"/>
          <w:sz w:val="36"/>
        </w:rPr>
        <w:t>4. Author Contributions (</w:t>
      </w:r>
      <w:proofErr w:type="spellStart"/>
      <w:r>
        <w:rPr>
          <w:rFonts w:ascii="Vazir" w:eastAsia="Vazir" w:hAnsi="Vazir"/>
          <w:b/>
          <w:color w:val="000000"/>
          <w:sz w:val="36"/>
        </w:rPr>
        <w:t>CRediT</w:t>
      </w:r>
      <w:proofErr w:type="spellEnd"/>
      <w:r>
        <w:rPr>
          <w:rFonts w:ascii="Vazir" w:eastAsia="Vazir" w:hAnsi="Vazir"/>
          <w:b/>
          <w:color w:val="000000"/>
          <w:sz w:val="36"/>
        </w:rPr>
        <w:t xml:space="preserve"> Taxonomy)</w:t>
      </w:r>
    </w:p>
    <w:p w:rsidR="00F90E28" w:rsidRDefault="00EA5D21" w:rsidP="00EA5D21">
      <w:pPr>
        <w:autoSpaceDE w:val="0"/>
        <w:autoSpaceDN w:val="0"/>
        <w:spacing w:before="370" w:after="0" w:line="245" w:lineRule="auto"/>
        <w:ind w:left="164" w:right="26"/>
        <w:rPr>
          <w:rFonts w:ascii="Vazir" w:eastAsia="Vazir" w:hAnsi="Vazir"/>
          <w:i/>
          <w:color w:val="000000"/>
          <w:sz w:val="24"/>
        </w:rPr>
      </w:pPr>
      <w:r>
        <w:rPr>
          <w:rFonts w:ascii="Vazir" w:eastAsia="Vazir" w:hAnsi="Vazir"/>
          <w:i/>
          <w:color w:val="000000"/>
          <w:sz w:val="24"/>
        </w:rPr>
        <w:t xml:space="preserve">Please indicate which authors contributed to which aspects of the work using the </w:t>
      </w:r>
      <w:proofErr w:type="spellStart"/>
      <w:r>
        <w:rPr>
          <w:rFonts w:ascii="Vazir" w:eastAsia="Vazir" w:hAnsi="Vazir"/>
          <w:i/>
          <w:color w:val="000000"/>
          <w:sz w:val="24"/>
        </w:rPr>
        <w:t>CRediT</w:t>
      </w:r>
      <w:proofErr w:type="spellEnd"/>
      <w:r>
        <w:rPr>
          <w:rFonts w:ascii="Vazir" w:eastAsia="Vazir" w:hAnsi="Vazir"/>
          <w:i/>
          <w:color w:val="000000"/>
          <w:sz w:val="24"/>
        </w:rPr>
        <w:t xml:space="preserve"> taxonomy. Use 'X' to indicate contribution.</w:t>
      </w:r>
    </w:p>
    <w:p w:rsidR="00140C13" w:rsidRDefault="00140C13" w:rsidP="00EA5D21">
      <w:pPr>
        <w:autoSpaceDE w:val="0"/>
        <w:autoSpaceDN w:val="0"/>
        <w:spacing w:before="6" w:after="0" w:line="245" w:lineRule="auto"/>
        <w:ind w:right="26"/>
        <w:rPr>
          <w:rFonts w:ascii="Vazir" w:eastAsia="Vazir" w:hAnsi="Vazir"/>
          <w:color w:val="000000"/>
          <w:sz w:val="24"/>
        </w:rPr>
      </w:pPr>
    </w:p>
    <w:p w:rsidR="00F90E28" w:rsidRDefault="00EA5D21" w:rsidP="00EA5D21">
      <w:pPr>
        <w:autoSpaceDE w:val="0"/>
        <w:autoSpaceDN w:val="0"/>
        <w:spacing w:before="6" w:after="0" w:line="245" w:lineRule="auto"/>
        <w:ind w:right="26"/>
      </w:pPr>
      <w:r>
        <w:rPr>
          <w:rFonts w:ascii="Vazir" w:eastAsia="Vazir" w:hAnsi="Vazir"/>
          <w:color w:val="000000"/>
          <w:sz w:val="24"/>
        </w:rPr>
        <w:t>Author 1</w:t>
      </w:r>
      <w:r w:rsidR="00C23C44">
        <w:t xml:space="preserve">:   </w:t>
      </w:r>
    </w:p>
    <w:p w:rsidR="00F90E28" w:rsidRDefault="00EA5D21" w:rsidP="00EA5D21">
      <w:pPr>
        <w:autoSpaceDE w:val="0"/>
        <w:autoSpaceDN w:val="0"/>
        <w:spacing w:before="68" w:after="0" w:line="245" w:lineRule="auto"/>
        <w:ind w:right="26"/>
      </w:pPr>
      <w:r>
        <w:rPr>
          <w:rFonts w:ascii="Vazir" w:eastAsia="Vazir" w:hAnsi="Vazir"/>
          <w:color w:val="000000"/>
          <w:sz w:val="24"/>
        </w:rPr>
        <w:t>Author</w:t>
      </w:r>
      <w:r w:rsidR="00C23C44">
        <w:rPr>
          <w:rFonts w:ascii="Vazir" w:eastAsia="Vazir" w:hAnsi="Vazir"/>
          <w:color w:val="000000"/>
          <w:sz w:val="24"/>
        </w:rPr>
        <w:t xml:space="preserve"> </w:t>
      </w:r>
      <w:r>
        <w:rPr>
          <w:rFonts w:ascii="Vazir" w:eastAsia="Vazir" w:hAnsi="Vazir"/>
          <w:color w:val="000000"/>
          <w:sz w:val="24"/>
        </w:rPr>
        <w:t>2</w:t>
      </w:r>
      <w:r w:rsidR="00C23C44">
        <w:rPr>
          <w:rFonts w:ascii="Vazir" w:eastAsia="Vazir" w:hAnsi="Vazir"/>
          <w:color w:val="000000"/>
          <w:sz w:val="24"/>
        </w:rPr>
        <w:t xml:space="preserve">: </w:t>
      </w:r>
    </w:p>
    <w:p w:rsidR="00F90E28" w:rsidRDefault="00C23C44" w:rsidP="00EA5D21">
      <w:pPr>
        <w:autoSpaceDE w:val="0"/>
        <w:autoSpaceDN w:val="0"/>
        <w:spacing w:before="68" w:after="0" w:line="245" w:lineRule="auto"/>
        <w:ind w:right="26"/>
        <w:rPr>
          <w:rFonts w:ascii="Vazir" w:eastAsia="Vazir" w:hAnsi="Vazir"/>
          <w:color w:val="000000"/>
          <w:sz w:val="24"/>
        </w:rPr>
      </w:pPr>
      <w:r>
        <w:rPr>
          <w:rFonts w:ascii="Vazir" w:eastAsia="Vazir" w:hAnsi="Vazir"/>
          <w:color w:val="000000"/>
          <w:sz w:val="24"/>
        </w:rPr>
        <w:t xml:space="preserve">Author </w:t>
      </w:r>
      <w:r w:rsidR="00EA5D21">
        <w:rPr>
          <w:rFonts w:ascii="Vazir" w:eastAsia="Vazir" w:hAnsi="Vazir"/>
          <w:color w:val="000000"/>
          <w:sz w:val="24"/>
        </w:rPr>
        <w:t>3</w:t>
      </w:r>
      <w:r>
        <w:rPr>
          <w:rFonts w:ascii="Vazir" w:eastAsia="Vazir" w:hAnsi="Vazir"/>
          <w:color w:val="000000"/>
          <w:sz w:val="24"/>
        </w:rPr>
        <w:t xml:space="preserve">: </w:t>
      </w:r>
    </w:p>
    <w:p w:rsidR="00F90E28" w:rsidRDefault="00EA5D21" w:rsidP="00EA5D21">
      <w:pPr>
        <w:autoSpaceDE w:val="0"/>
        <w:autoSpaceDN w:val="0"/>
        <w:spacing w:before="68" w:after="0" w:line="240" w:lineRule="auto"/>
        <w:ind w:left="210" w:right="26"/>
      </w:pPr>
      <w:r>
        <w:rPr>
          <w:rFonts w:ascii="Vazir" w:eastAsia="Vazir" w:hAnsi="Vazir"/>
          <w:color w:val="000000"/>
          <w:sz w:val="24"/>
        </w:rPr>
        <w:t>...</w:t>
      </w:r>
    </w:p>
    <w:p w:rsidR="00F90E28" w:rsidRDefault="00EA5D21" w:rsidP="00EA5D21">
      <w:pPr>
        <w:autoSpaceDE w:val="0"/>
        <w:autoSpaceDN w:val="0"/>
        <w:spacing w:before="566" w:after="0" w:line="240" w:lineRule="auto"/>
        <w:ind w:left="164" w:right="26"/>
      </w:pPr>
      <w:r>
        <w:rPr>
          <w:rFonts w:ascii="Vazir" w:eastAsia="Vazir" w:hAnsi="Vazir"/>
          <w:b/>
          <w:color w:val="000000"/>
          <w:sz w:val="36"/>
        </w:rPr>
        <w:t>5. Conflict of Interest</w:t>
      </w:r>
    </w:p>
    <w:p w:rsidR="00F90E28" w:rsidRDefault="00EA5D21" w:rsidP="00EA5D21">
      <w:pPr>
        <w:autoSpaceDE w:val="0"/>
        <w:autoSpaceDN w:val="0"/>
        <w:spacing w:before="372" w:after="0" w:line="245" w:lineRule="auto"/>
        <w:ind w:left="164" w:right="26"/>
      </w:pPr>
      <w:r>
        <w:rPr>
          <w:rFonts w:ascii="Vazir" w:eastAsia="Vazir" w:hAnsi="Vazir"/>
          <w:color w:val="000000"/>
          <w:sz w:val="24"/>
        </w:rPr>
        <w:t xml:space="preserve">[Declare any financial or personal relationships that might inappropriately influence the research. If none exist, please state: </w:t>
      </w:r>
      <w:r>
        <w:rPr>
          <w:rFonts w:ascii="Vazir" w:eastAsia="Vazir" w:hAnsi="Vazir"/>
          <w:b/>
          <w:color w:val="000000"/>
          <w:sz w:val="24"/>
        </w:rPr>
        <w:t>None declared</w:t>
      </w:r>
      <w:r>
        <w:rPr>
          <w:rFonts w:ascii="Vazir" w:eastAsia="Vazir" w:hAnsi="Vazir"/>
          <w:color w:val="000000"/>
          <w:sz w:val="24"/>
        </w:rPr>
        <w:t>.]</w:t>
      </w:r>
    </w:p>
    <w:p w:rsidR="00F90E28" w:rsidRDefault="00EA5D21" w:rsidP="00EA5D21">
      <w:pPr>
        <w:autoSpaceDE w:val="0"/>
        <w:autoSpaceDN w:val="0"/>
        <w:spacing w:before="250" w:after="0" w:line="240" w:lineRule="auto"/>
        <w:ind w:left="164" w:right="26"/>
      </w:pPr>
      <w:r>
        <w:rPr>
          <w:rFonts w:ascii="Vazir" w:eastAsia="Vazir" w:hAnsi="Vazir"/>
          <w:color w:val="000000"/>
          <w:sz w:val="24"/>
        </w:rPr>
        <w:t>[Insert Conflict of Interest statement or "None declared" here]</w:t>
      </w:r>
    </w:p>
    <w:p w:rsidR="00F90E28" w:rsidRDefault="00EA5D21" w:rsidP="00EA5D21">
      <w:pPr>
        <w:autoSpaceDE w:val="0"/>
        <w:autoSpaceDN w:val="0"/>
        <w:spacing w:before="642" w:after="0" w:line="240" w:lineRule="auto"/>
        <w:ind w:left="164" w:right="26"/>
      </w:pPr>
      <w:r>
        <w:rPr>
          <w:rFonts w:ascii="Vazir" w:eastAsia="Vazir" w:hAnsi="Vazir"/>
          <w:b/>
          <w:color w:val="000000"/>
          <w:sz w:val="36"/>
        </w:rPr>
        <w:t>6. Generative AI Use Disclosure</w:t>
      </w:r>
    </w:p>
    <w:p w:rsidR="00F90E28" w:rsidRDefault="00EA5D21" w:rsidP="00EA5D21">
      <w:pPr>
        <w:autoSpaceDE w:val="0"/>
        <w:autoSpaceDN w:val="0"/>
        <w:spacing w:before="372" w:after="0" w:line="245" w:lineRule="auto"/>
        <w:ind w:left="164" w:right="26"/>
      </w:pPr>
      <w:r>
        <w:rPr>
          <w:rFonts w:ascii="Vazir" w:eastAsia="Vazir" w:hAnsi="Vazir"/>
          <w:color w:val="000000"/>
          <w:sz w:val="24"/>
        </w:rPr>
        <w:t xml:space="preserve">[Disclose the use of any Generative AI tools (e.g., ChatGPT, Bard) in the creation of the manuscript. Specify the tool used and the specific purpose (e.g., language refinement, summarizing drafts). If no AI tools were used, state: </w:t>
      </w:r>
      <w:r>
        <w:rPr>
          <w:rFonts w:ascii="Vazir" w:eastAsia="Vazir" w:hAnsi="Vazir"/>
          <w:b/>
          <w:color w:val="000000"/>
          <w:sz w:val="24"/>
        </w:rPr>
        <w:t>Not used</w:t>
      </w:r>
      <w:r>
        <w:rPr>
          <w:rFonts w:ascii="Vazir" w:eastAsia="Vazir" w:hAnsi="Vazir"/>
          <w:color w:val="000000"/>
          <w:sz w:val="24"/>
        </w:rPr>
        <w:t>.]</w:t>
      </w:r>
    </w:p>
    <w:p w:rsidR="00F90E28" w:rsidRDefault="00EA5D21" w:rsidP="00EA5D21">
      <w:pPr>
        <w:autoSpaceDE w:val="0"/>
        <w:autoSpaceDN w:val="0"/>
        <w:spacing w:before="250" w:after="0" w:line="240" w:lineRule="auto"/>
        <w:ind w:left="164" w:right="26"/>
      </w:pPr>
      <w:r>
        <w:rPr>
          <w:rFonts w:ascii="Vazir" w:eastAsia="Vazir" w:hAnsi="Vazir"/>
          <w:color w:val="000000"/>
          <w:sz w:val="24"/>
        </w:rPr>
        <w:t>[Insert Generative AI Use Disclosure or "Not used" here]</w:t>
      </w:r>
    </w:p>
    <w:p w:rsidR="00F90E28" w:rsidRDefault="00EA5D21" w:rsidP="00EA5D21">
      <w:pPr>
        <w:autoSpaceDE w:val="0"/>
        <w:autoSpaceDN w:val="0"/>
        <w:spacing w:before="642" w:after="0" w:line="240" w:lineRule="auto"/>
        <w:ind w:left="164" w:right="26"/>
      </w:pPr>
      <w:r>
        <w:rPr>
          <w:rFonts w:ascii="Vazir" w:eastAsia="Vazir" w:hAnsi="Vazir"/>
          <w:b/>
          <w:color w:val="000000"/>
          <w:sz w:val="36"/>
        </w:rPr>
        <w:t>7. Data Availability Statement</w:t>
      </w:r>
    </w:p>
    <w:p w:rsidR="00F90E28" w:rsidRDefault="00EA5D21" w:rsidP="00EA5D21">
      <w:pPr>
        <w:autoSpaceDE w:val="0"/>
        <w:autoSpaceDN w:val="0"/>
        <w:spacing w:before="372" w:after="0" w:line="245" w:lineRule="auto"/>
        <w:ind w:left="164" w:right="26"/>
      </w:pPr>
      <w:r>
        <w:rPr>
          <w:rFonts w:ascii="Vazir" w:eastAsia="Vazir" w:hAnsi="Vazir"/>
          <w:color w:val="000000"/>
          <w:sz w:val="24"/>
        </w:rPr>
        <w:t>[Describe where and how the data supporting the findings of this study can be accessed. If data is proprietary or cannot be shared, explain the restriction.]</w:t>
      </w:r>
    </w:p>
    <w:p w:rsidR="00F90E28" w:rsidRDefault="00EA5D21" w:rsidP="00EA5D21">
      <w:pPr>
        <w:autoSpaceDE w:val="0"/>
        <w:autoSpaceDN w:val="0"/>
        <w:spacing w:before="250" w:after="0" w:line="240" w:lineRule="auto"/>
        <w:ind w:left="164" w:right="26"/>
      </w:pPr>
      <w:r>
        <w:rPr>
          <w:rFonts w:ascii="Vazir" w:eastAsia="Vazir" w:hAnsi="Vazir"/>
          <w:color w:val="000000"/>
          <w:sz w:val="24"/>
        </w:rPr>
        <w:t>[Insert Data Availability Statement here]</w:t>
      </w:r>
    </w:p>
    <w:p w:rsidR="00F90E28" w:rsidRDefault="00C23C44" w:rsidP="00EA5D21">
      <w:pPr>
        <w:ind w:right="26"/>
      </w:pPr>
      <w:r>
        <w:t xml:space="preserve"> </w:t>
      </w:r>
    </w:p>
    <w:p w:rsidR="00F90E28" w:rsidRDefault="00EA5D21" w:rsidP="00EA5D21">
      <w:pPr>
        <w:autoSpaceDE w:val="0"/>
        <w:autoSpaceDN w:val="0"/>
        <w:spacing w:after="0" w:line="240" w:lineRule="auto"/>
        <w:ind w:left="164" w:right="26"/>
      </w:pPr>
      <w:r>
        <w:rPr>
          <w:rFonts w:ascii="Vazir" w:eastAsia="Vazir" w:hAnsi="Vazir"/>
          <w:b/>
          <w:color w:val="000000"/>
          <w:sz w:val="36"/>
        </w:rPr>
        <w:t>8. Acknowledgements</w:t>
      </w:r>
    </w:p>
    <w:p w:rsidR="00F90E28" w:rsidRDefault="00EA5D21" w:rsidP="00EA5D21">
      <w:pPr>
        <w:autoSpaceDE w:val="0"/>
        <w:autoSpaceDN w:val="0"/>
        <w:spacing w:before="372" w:after="0" w:line="245" w:lineRule="auto"/>
        <w:ind w:left="164" w:right="-64"/>
      </w:pPr>
      <w:r>
        <w:rPr>
          <w:rFonts w:ascii="Vazir" w:eastAsia="Vazir" w:hAnsi="Vazir"/>
          <w:color w:val="000000"/>
          <w:sz w:val="24"/>
        </w:rPr>
        <w:t>[List individuals or entities who provided assistance but do not meet the criteria for authorship (e.g., technical support, proofreading).]</w:t>
      </w:r>
    </w:p>
    <w:p w:rsidR="00F90E28" w:rsidRDefault="00EA5D21" w:rsidP="00EA5D21">
      <w:pPr>
        <w:autoSpaceDE w:val="0"/>
        <w:autoSpaceDN w:val="0"/>
        <w:spacing w:before="250" w:after="0" w:line="240" w:lineRule="auto"/>
        <w:ind w:left="164" w:right="26"/>
      </w:pPr>
      <w:r>
        <w:rPr>
          <w:rFonts w:ascii="Vazir" w:eastAsia="Vazir" w:hAnsi="Vazir"/>
          <w:color w:val="000000"/>
          <w:sz w:val="24"/>
        </w:rPr>
        <w:lastRenderedPageBreak/>
        <w:t>[Insert Acknowledgements here]</w:t>
      </w:r>
    </w:p>
    <w:p w:rsidR="00F90E28" w:rsidRDefault="00EA5D21" w:rsidP="00EA5D21">
      <w:pPr>
        <w:autoSpaceDE w:val="0"/>
        <w:autoSpaceDN w:val="0"/>
        <w:spacing w:before="642" w:after="0" w:line="240" w:lineRule="auto"/>
        <w:ind w:left="164" w:right="26"/>
      </w:pPr>
      <w:r>
        <w:rPr>
          <w:rFonts w:ascii="Vazir" w:eastAsia="Vazir" w:hAnsi="Vazir"/>
          <w:b/>
          <w:color w:val="000000"/>
          <w:sz w:val="36"/>
        </w:rPr>
        <w:t>9. Author Declaration</w:t>
      </w:r>
    </w:p>
    <w:p w:rsidR="00F90E28" w:rsidRDefault="00EA5D21" w:rsidP="00EA5D21">
      <w:pPr>
        <w:autoSpaceDE w:val="0"/>
        <w:autoSpaceDN w:val="0"/>
        <w:spacing w:before="372" w:after="0" w:line="240" w:lineRule="auto"/>
        <w:ind w:left="164" w:right="26"/>
      </w:pPr>
      <w:r>
        <w:rPr>
          <w:rFonts w:ascii="Vazir" w:eastAsia="Vazir" w:hAnsi="Vazir"/>
          <w:b/>
          <w:color w:val="000000"/>
          <w:sz w:val="24"/>
        </w:rPr>
        <w:t>We, the undersigned authors, declare the following:</w:t>
      </w:r>
    </w:p>
    <w:p w:rsidR="00F90E28" w:rsidRDefault="00EA5D21" w:rsidP="00EA5D21">
      <w:pPr>
        <w:autoSpaceDE w:val="0"/>
        <w:autoSpaceDN w:val="0"/>
        <w:spacing w:before="250" w:after="0" w:line="245" w:lineRule="auto"/>
        <w:ind w:left="764" w:right="26" w:hanging="274"/>
      </w:pPr>
      <w:r>
        <w:rPr>
          <w:rFonts w:ascii="Vazir" w:eastAsia="Vazir" w:hAnsi="Vazir"/>
          <w:color w:val="000000"/>
          <w:sz w:val="24"/>
        </w:rPr>
        <w:t xml:space="preserve">1. </w:t>
      </w:r>
      <w:r>
        <w:rPr>
          <w:rFonts w:ascii="Vazir" w:eastAsia="Vazir" w:hAnsi="Vazir"/>
          <w:b/>
          <w:color w:val="000000"/>
          <w:sz w:val="24"/>
        </w:rPr>
        <w:t>Accuracy and Originality:</w:t>
      </w:r>
      <w:r>
        <w:rPr>
          <w:rFonts w:ascii="Vazir" w:eastAsia="Vazir" w:hAnsi="Vazir"/>
          <w:color w:val="000000"/>
          <w:sz w:val="24"/>
        </w:rPr>
        <w:t xml:space="preserve"> The work submitted is original, has not been published previously, and is not under consideration for publication elsewhere. All data and materials presented are accurate and have been ethically obtained and reported.</w:t>
      </w:r>
    </w:p>
    <w:p w:rsidR="00F90E28" w:rsidRDefault="00EA5D21" w:rsidP="00EA5D21">
      <w:pPr>
        <w:autoSpaceDE w:val="0"/>
        <w:autoSpaceDN w:val="0"/>
        <w:spacing w:before="10" w:after="0" w:line="245" w:lineRule="auto"/>
        <w:ind w:left="764" w:right="26" w:hanging="274"/>
      </w:pPr>
      <w:r>
        <w:rPr>
          <w:rFonts w:ascii="Vazir" w:eastAsia="Vazir" w:hAnsi="Vazir"/>
          <w:color w:val="000000"/>
          <w:sz w:val="24"/>
        </w:rPr>
        <w:t xml:space="preserve">2. </w:t>
      </w:r>
      <w:r>
        <w:rPr>
          <w:rFonts w:ascii="Vazir" w:eastAsia="Vazir" w:hAnsi="Vazir"/>
          <w:b/>
          <w:color w:val="000000"/>
          <w:sz w:val="24"/>
        </w:rPr>
        <w:t>Ethical Compliance:</w:t>
      </w:r>
      <w:r>
        <w:rPr>
          <w:rFonts w:ascii="Vazir" w:eastAsia="Vazir" w:hAnsi="Vazir"/>
          <w:color w:val="000000"/>
          <w:sz w:val="24"/>
        </w:rPr>
        <w:t xml:space="preserve"> The research adhered to all relevant institutional and international ethical guidelines, including protocols for human subjects (if applicable) and animal welfare (if applicable). Approval from the relevant Institutional Review Board (IRB) or Ethics Committee has been obtained (and reference number provided below, if applicable).</w:t>
      </w:r>
    </w:p>
    <w:p w:rsidR="00F90E28" w:rsidRDefault="00EA5D21" w:rsidP="00EA5D21">
      <w:pPr>
        <w:autoSpaceDE w:val="0"/>
        <w:autoSpaceDN w:val="0"/>
        <w:spacing w:before="10" w:after="0" w:line="245" w:lineRule="auto"/>
        <w:ind w:left="764" w:right="26" w:hanging="274"/>
      </w:pPr>
      <w:r>
        <w:rPr>
          <w:rFonts w:ascii="Vazir" w:eastAsia="Vazir" w:hAnsi="Vazir"/>
          <w:color w:val="000000"/>
          <w:sz w:val="24"/>
        </w:rPr>
        <w:t xml:space="preserve">3. </w:t>
      </w:r>
      <w:r>
        <w:rPr>
          <w:rFonts w:ascii="Vazir" w:eastAsia="Vazir" w:hAnsi="Vazir"/>
          <w:b/>
          <w:color w:val="000000"/>
          <w:sz w:val="24"/>
        </w:rPr>
        <w:t>Author Approval:</w:t>
      </w:r>
      <w:r>
        <w:rPr>
          <w:rFonts w:ascii="Vazir" w:eastAsia="Vazir" w:hAnsi="Vazir"/>
          <w:color w:val="000000"/>
          <w:sz w:val="24"/>
        </w:rPr>
        <w:t xml:space="preserve"> All authors have read and approved the final version of the manuscript and this declaration form, confirming their intellectual contribution and agreement to be accountable for the work.</w:t>
      </w:r>
    </w:p>
    <w:p w:rsidR="00F90E28" w:rsidRDefault="00EA5D21" w:rsidP="00EA5D21">
      <w:pPr>
        <w:autoSpaceDE w:val="0"/>
        <w:autoSpaceDN w:val="0"/>
        <w:spacing w:before="294" w:after="260" w:line="240" w:lineRule="auto"/>
        <w:ind w:left="210" w:right="26"/>
      </w:pPr>
      <w:r>
        <w:rPr>
          <w:rFonts w:ascii="Vazir" w:eastAsia="Vazir" w:hAnsi="Vazir"/>
          <w:b/>
          <w:color w:val="000000"/>
          <w:sz w:val="24"/>
        </w:rPr>
        <w:t>Corresponding Author Details</w:t>
      </w:r>
    </w:p>
    <w:p w:rsidR="00F90E28" w:rsidRDefault="00F90E28" w:rsidP="00EA5D21">
      <w:pPr>
        <w:ind w:right="26"/>
        <w:sectPr w:rsidR="00F90E28">
          <w:pgSz w:w="11906" w:h="16838"/>
          <w:pgMar w:top="566" w:right="1440" w:bottom="786" w:left="1440" w:header="720" w:footer="720" w:gutter="0"/>
          <w:cols w:space="720"/>
          <w:docGrid w:linePitch="360"/>
        </w:sectPr>
      </w:pPr>
    </w:p>
    <w:p w:rsidR="000947EA" w:rsidRDefault="00EA5D21" w:rsidP="000947EA">
      <w:pPr>
        <w:tabs>
          <w:tab w:val="left" w:pos="3780"/>
        </w:tabs>
        <w:autoSpaceDE w:val="0"/>
        <w:autoSpaceDN w:val="0"/>
        <w:spacing w:before="240" w:line="298" w:lineRule="auto"/>
        <w:ind w:left="210" w:right="26"/>
        <w:rPr>
          <w:rFonts w:ascii="Vazir" w:eastAsia="Vazir" w:hAnsi="Vazir"/>
          <w:b/>
          <w:color w:val="000000"/>
          <w:sz w:val="24"/>
        </w:rPr>
      </w:pPr>
      <w:r>
        <w:rPr>
          <w:rFonts w:ascii="Vazir" w:eastAsia="Vazir" w:hAnsi="Vazir"/>
          <w:b/>
          <w:color w:val="000000"/>
          <w:sz w:val="24"/>
        </w:rPr>
        <w:lastRenderedPageBreak/>
        <w:t xml:space="preserve">Corresponding Author Name: Ethics </w:t>
      </w:r>
    </w:p>
    <w:p w:rsidR="00F90E28" w:rsidRDefault="00EA5D21" w:rsidP="000947EA">
      <w:pPr>
        <w:tabs>
          <w:tab w:val="left" w:pos="3780"/>
        </w:tabs>
        <w:autoSpaceDE w:val="0"/>
        <w:autoSpaceDN w:val="0"/>
        <w:spacing w:before="240" w:line="298" w:lineRule="auto"/>
        <w:ind w:left="210" w:right="26"/>
      </w:pPr>
      <w:r>
        <w:rPr>
          <w:rFonts w:ascii="Vazir" w:eastAsia="Vazir" w:hAnsi="Vazir"/>
          <w:b/>
          <w:color w:val="000000"/>
          <w:sz w:val="24"/>
        </w:rPr>
        <w:t>Approval/IRB Number (</w:t>
      </w:r>
      <w:r w:rsidRPr="000947EA">
        <w:rPr>
          <w:rFonts w:ascii="Vazir" w:eastAsia="Vazir" w:hAnsi="Vazir"/>
          <w:b/>
          <w:color w:val="000000"/>
          <w:szCs w:val="20"/>
        </w:rPr>
        <w:t>If Applicable):</w:t>
      </w:r>
    </w:p>
    <w:p w:rsidR="00F90E28" w:rsidRDefault="00F90E28" w:rsidP="00EA5D21">
      <w:pPr>
        <w:ind w:right="26"/>
        <w:sectPr w:rsidR="00F90E28" w:rsidSect="000947EA">
          <w:type w:val="continuous"/>
          <w:pgSz w:w="11906" w:h="16838"/>
          <w:pgMar w:top="566" w:right="1440" w:bottom="786" w:left="1440" w:header="720" w:footer="720" w:gutter="0"/>
          <w:cols w:num="2" w:space="720" w:equalWidth="0">
            <w:col w:w="4174" w:space="2"/>
            <w:col w:w="4849" w:space="0"/>
          </w:cols>
          <w:docGrid w:linePitch="360"/>
        </w:sectPr>
      </w:pPr>
    </w:p>
    <w:p w:rsidR="00F90E28" w:rsidRDefault="00EA5D21" w:rsidP="00EA5D21">
      <w:pPr>
        <w:autoSpaceDE w:val="0"/>
        <w:autoSpaceDN w:val="0"/>
        <w:spacing w:after="0" w:line="245" w:lineRule="auto"/>
        <w:ind w:left="622" w:right="26"/>
      </w:pPr>
      <w:r>
        <w:rPr>
          <w:rFonts w:ascii="Vazir" w:eastAsia="Vazir" w:hAnsi="Vazir"/>
          <w:color w:val="000000"/>
          <w:sz w:val="24"/>
        </w:rPr>
        <w:lastRenderedPageBreak/>
        <w:t>[Insert Name of Corresponding Author]</w:t>
      </w:r>
    </w:p>
    <w:p w:rsidR="00F90E28" w:rsidRDefault="00EA5D21" w:rsidP="000947EA">
      <w:pPr>
        <w:autoSpaceDE w:val="0"/>
        <w:autoSpaceDN w:val="0"/>
        <w:spacing w:before="300" w:after="290" w:line="240" w:lineRule="auto"/>
        <w:ind w:left="634" w:right="29"/>
      </w:pPr>
      <w:r>
        <w:rPr>
          <w:rFonts w:ascii="Vazir" w:eastAsia="Vazir" w:hAnsi="Vazir"/>
          <w:color w:val="000000"/>
          <w:sz w:val="24"/>
        </w:rPr>
        <w:t>[Insert Number or N/A]</w:t>
      </w:r>
    </w:p>
    <w:p w:rsidR="00F90E28" w:rsidRDefault="00F90E28" w:rsidP="00EA5D21">
      <w:pPr>
        <w:ind w:right="26"/>
        <w:sectPr w:rsidR="00F90E28" w:rsidSect="000947EA">
          <w:type w:val="nextColumn"/>
          <w:pgSz w:w="11906" w:h="16838"/>
          <w:pgMar w:top="566" w:right="1440" w:bottom="786" w:left="1440" w:header="720" w:footer="720" w:gutter="0"/>
          <w:cols w:num="2" w:space="2084" w:equalWidth="0">
            <w:col w:w="4176" w:space="0"/>
            <w:col w:w="4849" w:space="0"/>
          </w:cols>
          <w:docGrid w:linePitch="360"/>
        </w:sectPr>
      </w:pPr>
    </w:p>
    <w:p w:rsidR="000947EA" w:rsidRDefault="000947EA" w:rsidP="00EA5D21">
      <w:pPr>
        <w:tabs>
          <w:tab w:val="left" w:pos="5088"/>
        </w:tabs>
        <w:autoSpaceDE w:val="0"/>
        <w:autoSpaceDN w:val="0"/>
        <w:spacing w:after="0" w:line="240" w:lineRule="auto"/>
        <w:ind w:left="210" w:right="26"/>
        <w:rPr>
          <w:rFonts w:ascii="Vazir" w:eastAsia="Vazir" w:hAnsi="Vazir"/>
          <w:b/>
          <w:color w:val="000000"/>
          <w:sz w:val="24"/>
        </w:rPr>
      </w:pPr>
    </w:p>
    <w:p w:rsidR="00F90E28" w:rsidRDefault="00EA5D21" w:rsidP="000947EA">
      <w:pPr>
        <w:tabs>
          <w:tab w:val="left" w:pos="5088"/>
        </w:tabs>
        <w:autoSpaceDE w:val="0"/>
        <w:autoSpaceDN w:val="0"/>
        <w:spacing w:after="0" w:line="240" w:lineRule="auto"/>
        <w:ind w:left="210" w:right="26"/>
      </w:pPr>
      <w:r>
        <w:rPr>
          <w:rFonts w:ascii="Vazir" w:eastAsia="Vazir" w:hAnsi="Vazir"/>
          <w:b/>
          <w:color w:val="000000"/>
          <w:sz w:val="24"/>
        </w:rPr>
        <w:t xml:space="preserve">Signatures </w:t>
      </w:r>
      <w:r w:rsidR="000947EA">
        <w:rPr>
          <w:rFonts w:ascii="Vazir" w:eastAsia="Vazir" w:hAnsi="Vazir"/>
          <w:b/>
          <w:color w:val="000000"/>
          <w:sz w:val="24"/>
        </w:rPr>
        <w:t xml:space="preserve">                                 </w:t>
      </w:r>
    </w:p>
    <w:p w:rsidR="00F90E28" w:rsidRDefault="00EA5D21" w:rsidP="00EA5D21">
      <w:pPr>
        <w:tabs>
          <w:tab w:val="left" w:pos="5088"/>
        </w:tabs>
        <w:autoSpaceDE w:val="0"/>
        <w:autoSpaceDN w:val="0"/>
        <w:spacing w:before="68" w:after="0" w:line="240" w:lineRule="auto"/>
        <w:ind w:left="210" w:right="26"/>
      </w:pPr>
      <w:r>
        <w:rPr>
          <w:rFonts w:ascii="Vazir" w:eastAsia="Vazir" w:hAnsi="Vazir"/>
          <w:b/>
          <w:color w:val="000000"/>
          <w:sz w:val="24"/>
        </w:rPr>
        <w:t>Author 1 Signature:</w:t>
      </w:r>
      <w:r>
        <w:rPr>
          <w:rFonts w:ascii="Vazir" w:eastAsia="Vazir" w:hAnsi="Vazir"/>
          <w:b/>
          <w:i/>
          <w:color w:val="000000"/>
          <w:sz w:val="24"/>
        </w:rPr>
        <w:t xml:space="preserve"> ___</w:t>
      </w:r>
      <w:r>
        <w:rPr>
          <w:rFonts w:ascii="Vazir" w:eastAsia="Vazir" w:hAnsi="Vazir"/>
          <w:color w:val="000000"/>
          <w:sz w:val="24"/>
        </w:rPr>
        <w:t>____ [Date]</w:t>
      </w:r>
    </w:p>
    <w:p w:rsidR="000947EA" w:rsidRDefault="000947EA" w:rsidP="00EA5D21">
      <w:pPr>
        <w:tabs>
          <w:tab w:val="left" w:pos="5088"/>
        </w:tabs>
        <w:autoSpaceDE w:val="0"/>
        <w:autoSpaceDN w:val="0"/>
        <w:spacing w:before="68" w:after="0" w:line="240" w:lineRule="auto"/>
        <w:ind w:left="210" w:right="26"/>
        <w:rPr>
          <w:rFonts w:ascii="Vazir" w:eastAsia="Vazir" w:hAnsi="Vazir"/>
          <w:b/>
          <w:color w:val="000000"/>
          <w:sz w:val="24"/>
        </w:rPr>
      </w:pPr>
    </w:p>
    <w:p w:rsidR="00F90E28" w:rsidRDefault="00EA5D21" w:rsidP="00EA5D21">
      <w:pPr>
        <w:tabs>
          <w:tab w:val="left" w:pos="5088"/>
        </w:tabs>
        <w:autoSpaceDE w:val="0"/>
        <w:autoSpaceDN w:val="0"/>
        <w:spacing w:before="68" w:after="0" w:line="240" w:lineRule="auto"/>
        <w:ind w:left="210" w:right="26"/>
      </w:pPr>
      <w:r>
        <w:rPr>
          <w:rFonts w:ascii="Vazir" w:eastAsia="Vazir" w:hAnsi="Vazir"/>
          <w:b/>
          <w:color w:val="000000"/>
          <w:sz w:val="24"/>
        </w:rPr>
        <w:t>Author 2 Signature:</w:t>
      </w:r>
      <w:r>
        <w:rPr>
          <w:rFonts w:ascii="Vazir" w:eastAsia="Vazir" w:hAnsi="Vazir"/>
          <w:b/>
          <w:i/>
          <w:color w:val="000000"/>
          <w:sz w:val="24"/>
        </w:rPr>
        <w:t xml:space="preserve"> ___</w:t>
      </w:r>
      <w:r>
        <w:rPr>
          <w:rFonts w:ascii="Vazir" w:eastAsia="Vazir" w:hAnsi="Vazir"/>
          <w:color w:val="000000"/>
          <w:sz w:val="24"/>
        </w:rPr>
        <w:t>____ [Date]</w:t>
      </w:r>
    </w:p>
    <w:p w:rsidR="000947EA" w:rsidRDefault="000947EA" w:rsidP="00EA5D21">
      <w:pPr>
        <w:tabs>
          <w:tab w:val="left" w:pos="5088"/>
        </w:tabs>
        <w:autoSpaceDE w:val="0"/>
        <w:autoSpaceDN w:val="0"/>
        <w:spacing w:before="68" w:after="0" w:line="240" w:lineRule="auto"/>
        <w:ind w:left="210" w:right="26"/>
        <w:rPr>
          <w:rFonts w:ascii="Vazir" w:eastAsia="Vazir" w:hAnsi="Vazir"/>
          <w:b/>
          <w:color w:val="000000"/>
          <w:sz w:val="24"/>
        </w:rPr>
      </w:pPr>
    </w:p>
    <w:p w:rsidR="00F90E28" w:rsidRDefault="00EA5D21" w:rsidP="00EA5D21">
      <w:pPr>
        <w:tabs>
          <w:tab w:val="left" w:pos="5088"/>
        </w:tabs>
        <w:autoSpaceDE w:val="0"/>
        <w:autoSpaceDN w:val="0"/>
        <w:spacing w:before="68" w:after="0" w:line="240" w:lineRule="auto"/>
        <w:ind w:left="210" w:right="26"/>
      </w:pPr>
      <w:r>
        <w:rPr>
          <w:rFonts w:ascii="Vazir" w:eastAsia="Vazir" w:hAnsi="Vazir"/>
          <w:b/>
          <w:color w:val="000000"/>
          <w:sz w:val="24"/>
        </w:rPr>
        <w:t>Author 3 Signature:</w:t>
      </w:r>
      <w:r>
        <w:rPr>
          <w:rFonts w:ascii="Vazir" w:eastAsia="Vazir" w:hAnsi="Vazir"/>
          <w:b/>
          <w:i/>
          <w:color w:val="000000"/>
          <w:sz w:val="24"/>
        </w:rPr>
        <w:t xml:space="preserve"> ___</w:t>
      </w:r>
      <w:r>
        <w:rPr>
          <w:rFonts w:ascii="Vazir" w:eastAsia="Vazir" w:hAnsi="Vazir"/>
          <w:color w:val="000000"/>
          <w:sz w:val="24"/>
        </w:rPr>
        <w:t>____ [Date]</w:t>
      </w:r>
    </w:p>
    <w:p w:rsidR="00F90E28" w:rsidRDefault="00EA5D21" w:rsidP="00EA5D21">
      <w:pPr>
        <w:autoSpaceDE w:val="0"/>
        <w:autoSpaceDN w:val="0"/>
        <w:spacing w:before="68" w:after="0" w:line="240" w:lineRule="auto"/>
        <w:ind w:left="210" w:right="26"/>
      </w:pPr>
      <w:r>
        <w:rPr>
          <w:rFonts w:ascii="Vazir" w:eastAsia="Vazir" w:hAnsi="Vazir"/>
          <w:i/>
          <w:color w:val="000000"/>
          <w:sz w:val="24"/>
        </w:rPr>
        <w:t>... (Continue signature lines for all authors)...</w:t>
      </w:r>
    </w:p>
    <w:p w:rsidR="000947EA" w:rsidRDefault="000947EA" w:rsidP="00EA5D21">
      <w:pPr>
        <w:tabs>
          <w:tab w:val="left" w:pos="5088"/>
        </w:tabs>
        <w:autoSpaceDE w:val="0"/>
        <w:autoSpaceDN w:val="0"/>
        <w:spacing w:before="68" w:after="0" w:line="240" w:lineRule="auto"/>
        <w:ind w:left="210" w:right="26"/>
        <w:rPr>
          <w:rFonts w:ascii="Vazir" w:eastAsia="Vazir" w:hAnsi="Vazir"/>
          <w:b/>
          <w:color w:val="000000"/>
          <w:sz w:val="24"/>
        </w:rPr>
      </w:pPr>
    </w:p>
    <w:p w:rsidR="000947EA" w:rsidRDefault="000947EA" w:rsidP="00EA5D21">
      <w:pPr>
        <w:tabs>
          <w:tab w:val="left" w:pos="5088"/>
        </w:tabs>
        <w:autoSpaceDE w:val="0"/>
        <w:autoSpaceDN w:val="0"/>
        <w:spacing w:before="68" w:after="0" w:line="240" w:lineRule="auto"/>
        <w:ind w:left="210" w:right="26"/>
        <w:rPr>
          <w:rFonts w:ascii="Vazir" w:eastAsia="Vazir" w:hAnsi="Vazir"/>
          <w:b/>
          <w:color w:val="000000"/>
          <w:sz w:val="24"/>
        </w:rPr>
      </w:pPr>
    </w:p>
    <w:p w:rsidR="00F90E28" w:rsidRDefault="00EA5D21" w:rsidP="00EA5D21">
      <w:pPr>
        <w:tabs>
          <w:tab w:val="left" w:pos="5088"/>
        </w:tabs>
        <w:autoSpaceDE w:val="0"/>
        <w:autoSpaceDN w:val="0"/>
        <w:spacing w:before="68" w:after="0" w:line="240" w:lineRule="auto"/>
        <w:ind w:left="210" w:right="26"/>
      </w:pPr>
      <w:r>
        <w:rPr>
          <w:rFonts w:ascii="Vazir" w:eastAsia="Vazir" w:hAnsi="Vazir"/>
          <w:b/>
          <w:color w:val="000000"/>
          <w:sz w:val="24"/>
        </w:rPr>
        <w:t>Corresponding Author Signature:</w:t>
      </w:r>
      <w:r>
        <w:rPr>
          <w:rFonts w:ascii="Vazir" w:eastAsia="Vazir" w:hAnsi="Vazir"/>
          <w:b/>
          <w:i/>
          <w:color w:val="000000"/>
          <w:sz w:val="24"/>
        </w:rPr>
        <w:t xml:space="preserve"> ___</w:t>
      </w:r>
      <w:r>
        <w:rPr>
          <w:rFonts w:ascii="Vazir" w:eastAsia="Vazir" w:hAnsi="Vazir"/>
          <w:color w:val="000000"/>
          <w:sz w:val="24"/>
        </w:rPr>
        <w:t>____ [Date]</w:t>
      </w:r>
    </w:p>
    <w:sectPr w:rsidR="00F90E28" w:rsidSect="00034616">
      <w:type w:val="continuous"/>
      <w:pgSz w:w="11906" w:h="16838"/>
      <w:pgMar w:top="566" w:right="1440" w:bottom="78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azir">
    <w:altName w:val="Times New Roman"/>
    <w:panose1 w:val="00000000000000000000"/>
    <w:charset w:val="00"/>
    <w:family w:val="roman"/>
    <w:notTrueType/>
    <w:pitch w:val="default"/>
  </w:font>
  <w:font w:name="Liberation 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47EA"/>
    <w:rsid w:val="00140C13"/>
    <w:rsid w:val="0015074B"/>
    <w:rsid w:val="0029639D"/>
    <w:rsid w:val="00326F90"/>
    <w:rsid w:val="006D6025"/>
    <w:rsid w:val="00AA1D8D"/>
    <w:rsid w:val="00B47730"/>
    <w:rsid w:val="00C23C44"/>
    <w:rsid w:val="00CB0664"/>
    <w:rsid w:val="00EA5D21"/>
    <w:rsid w:val="00F90E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E1B32C"/>
  <w14:defaultImageDpi w14:val="300"/>
  <w15:docId w15:val="{FEB8C7A7-8E7B-46D9-A05F-8D2B7AA58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1">
    <w:name w:val="Plain Table 1"/>
    <w:basedOn w:val="TableNormal"/>
    <w:uiPriority w:val="99"/>
    <w:rsid w:val="00C23C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3DAB0-7292-4BA7-BB4C-9664E59ED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ستاری</cp:lastModifiedBy>
  <cp:revision>5</cp:revision>
  <dcterms:created xsi:type="dcterms:W3CDTF">2013-12-23T23:15:00Z</dcterms:created>
  <dcterms:modified xsi:type="dcterms:W3CDTF">2026-02-19T15:59:00Z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1ef42e1b-d734-4bcf-adae-fc2f3b69322e</vt:lpwstr>
  </property>
</Properties>
</file>